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49A93C" w14:textId="77777777" w:rsidR="00E22D36" w:rsidRPr="00AA5124" w:rsidRDefault="00E22D36" w:rsidP="007D642E">
      <w:pPr>
        <w:spacing w:line="240" w:lineRule="auto"/>
        <w:jc w:val="center"/>
        <w:rPr>
          <w:rFonts w:ascii="Arial" w:hAnsi="Arial" w:cs="Arial"/>
          <w:b/>
          <w:szCs w:val="24"/>
          <w:lang w:val="pt-BR"/>
        </w:rPr>
      </w:pPr>
    </w:p>
    <w:p w14:paraId="152C2DC7" w14:textId="445BEAC0" w:rsidR="00575A6E" w:rsidRPr="00AA5124" w:rsidRDefault="00575A6E" w:rsidP="007D642E">
      <w:pPr>
        <w:spacing w:after="0" w:line="240" w:lineRule="auto"/>
        <w:jc w:val="center"/>
        <w:rPr>
          <w:rFonts w:ascii="Arial" w:hAnsi="Arial" w:cs="Arial"/>
          <w:b/>
          <w:szCs w:val="24"/>
          <w:lang w:val="pt-BR"/>
        </w:rPr>
      </w:pPr>
      <w:r w:rsidRPr="00AA5124">
        <w:rPr>
          <w:rFonts w:ascii="Arial" w:hAnsi="Arial" w:cs="Arial"/>
          <w:b/>
          <w:szCs w:val="24"/>
          <w:lang w:val="pt-BR"/>
        </w:rPr>
        <w:t>TÍTULO DO RESUMO</w:t>
      </w:r>
    </w:p>
    <w:p w14:paraId="2A7AB8A0" w14:textId="77777777" w:rsidR="00A63703" w:rsidRPr="00AA5124" w:rsidRDefault="00A63703" w:rsidP="007D642E">
      <w:pPr>
        <w:spacing w:after="0" w:line="240" w:lineRule="auto"/>
        <w:jc w:val="center"/>
        <w:rPr>
          <w:rFonts w:ascii="Arial" w:hAnsi="Arial" w:cs="Arial"/>
          <w:bCs/>
          <w:szCs w:val="24"/>
          <w:lang w:val="pt-BR"/>
        </w:rPr>
      </w:pPr>
    </w:p>
    <w:p w14:paraId="0385A979" w14:textId="507290E4" w:rsidR="00AC3B0E" w:rsidRPr="00AA5124" w:rsidRDefault="00A9479C" w:rsidP="007D642E">
      <w:pPr>
        <w:spacing w:after="0" w:line="240" w:lineRule="auto"/>
        <w:jc w:val="center"/>
        <w:rPr>
          <w:rFonts w:ascii="Arial" w:hAnsi="Arial" w:cs="Arial"/>
          <w:bCs/>
          <w:szCs w:val="24"/>
          <w:lang w:val="pt-BR"/>
        </w:rPr>
      </w:pPr>
      <w:r w:rsidRPr="00AA5124">
        <w:rPr>
          <w:rFonts w:ascii="Arial" w:hAnsi="Arial" w:cs="Arial"/>
          <w:bCs/>
          <w:szCs w:val="24"/>
          <w:lang w:val="pt-BR"/>
        </w:rPr>
        <w:t>*</w:t>
      </w:r>
      <w:r w:rsidR="00AC3B0E" w:rsidRPr="00AA5124">
        <w:rPr>
          <w:rFonts w:ascii="Arial" w:hAnsi="Arial" w:cs="Arial"/>
          <w:bCs/>
          <w:szCs w:val="24"/>
          <w:lang w:val="pt-BR"/>
        </w:rPr>
        <w:t>Autor</w:t>
      </w:r>
      <w:r w:rsidR="0076695B" w:rsidRPr="00AA5124">
        <w:rPr>
          <w:rFonts w:ascii="Arial" w:hAnsi="Arial" w:cs="Arial"/>
          <w:bCs/>
          <w:szCs w:val="24"/>
          <w:lang w:val="pt-BR"/>
        </w:rPr>
        <w:t>¹, autor</w:t>
      </w:r>
      <w:r w:rsidR="00D4360E" w:rsidRPr="00AA5124">
        <w:rPr>
          <w:rFonts w:ascii="Arial" w:hAnsi="Arial" w:cs="Arial"/>
          <w:bCs/>
          <w:szCs w:val="24"/>
          <w:lang w:val="pt-BR"/>
        </w:rPr>
        <w:t>²</w:t>
      </w:r>
      <w:r w:rsidR="0076695B" w:rsidRPr="00AA5124">
        <w:rPr>
          <w:rFonts w:ascii="Arial" w:hAnsi="Arial" w:cs="Arial"/>
          <w:bCs/>
          <w:szCs w:val="24"/>
          <w:lang w:val="pt-BR"/>
        </w:rPr>
        <w:t>, autor</w:t>
      </w:r>
      <w:r w:rsidR="00D4360E" w:rsidRPr="00AA5124">
        <w:rPr>
          <w:rFonts w:ascii="Arial" w:hAnsi="Arial" w:cs="Arial"/>
          <w:bCs/>
          <w:szCs w:val="24"/>
          <w:lang w:val="pt-BR"/>
        </w:rPr>
        <w:t>²</w:t>
      </w:r>
      <w:r w:rsidR="0076695B" w:rsidRPr="00AA5124">
        <w:rPr>
          <w:rFonts w:ascii="Arial" w:hAnsi="Arial" w:cs="Arial"/>
          <w:bCs/>
          <w:szCs w:val="24"/>
          <w:lang w:val="pt-BR"/>
        </w:rPr>
        <w:t>, orientador</w:t>
      </w:r>
      <w:r w:rsidR="002F5BAF" w:rsidRPr="00AA5124">
        <w:rPr>
          <w:rFonts w:ascii="Arial" w:hAnsi="Arial" w:cs="Arial"/>
          <w:bCs/>
          <w:szCs w:val="24"/>
          <w:lang w:val="pt-BR"/>
        </w:rPr>
        <w:t>²</w:t>
      </w:r>
    </w:p>
    <w:p w14:paraId="7975F67D" w14:textId="00818B33" w:rsidR="0076695B" w:rsidRPr="00AA5124" w:rsidRDefault="0046752D" w:rsidP="007D642E">
      <w:pPr>
        <w:spacing w:after="0" w:line="240" w:lineRule="auto"/>
        <w:jc w:val="center"/>
        <w:rPr>
          <w:rFonts w:ascii="Arial" w:hAnsi="Arial" w:cs="Arial"/>
          <w:bCs/>
          <w:szCs w:val="24"/>
          <w:lang w:val="pt-BR"/>
        </w:rPr>
      </w:pPr>
      <w:r w:rsidRPr="00AA5124">
        <w:rPr>
          <w:rFonts w:ascii="Arial" w:hAnsi="Arial" w:cs="Arial"/>
          <w:bCs/>
          <w:szCs w:val="24"/>
          <w:lang w:val="pt-BR"/>
        </w:rPr>
        <w:t>¹</w:t>
      </w:r>
      <w:r w:rsidR="00221AF9" w:rsidRPr="00AA5124">
        <w:rPr>
          <w:rFonts w:ascii="Arial" w:hAnsi="Arial" w:cs="Arial"/>
          <w:bCs/>
          <w:szCs w:val="24"/>
          <w:lang w:val="pt-BR"/>
        </w:rPr>
        <w:t>instituição</w:t>
      </w:r>
      <w:r w:rsidR="00A816B5" w:rsidRPr="00AA5124">
        <w:rPr>
          <w:rFonts w:ascii="Arial" w:hAnsi="Arial" w:cs="Arial"/>
          <w:bCs/>
          <w:szCs w:val="24"/>
          <w:lang w:val="pt-BR"/>
        </w:rPr>
        <w:t>1</w:t>
      </w:r>
      <w:r w:rsidRPr="00AA5124">
        <w:rPr>
          <w:rFonts w:ascii="Arial" w:hAnsi="Arial" w:cs="Arial"/>
          <w:bCs/>
          <w:szCs w:val="24"/>
          <w:lang w:val="pt-BR"/>
        </w:rPr>
        <w:t xml:space="preserve">; </w:t>
      </w:r>
      <w:r w:rsidR="00B47823" w:rsidRPr="00AA5124">
        <w:rPr>
          <w:rFonts w:ascii="Arial" w:hAnsi="Arial" w:cs="Arial"/>
          <w:bCs/>
          <w:szCs w:val="24"/>
          <w:lang w:val="pt-BR"/>
        </w:rPr>
        <w:t>²</w:t>
      </w:r>
      <w:r w:rsidR="00D4360E" w:rsidRPr="00AA5124">
        <w:rPr>
          <w:rFonts w:ascii="Arial" w:hAnsi="Arial" w:cs="Arial"/>
          <w:bCs/>
          <w:szCs w:val="24"/>
          <w:lang w:val="pt-BR"/>
        </w:rPr>
        <w:t>instituição</w:t>
      </w:r>
      <w:r w:rsidR="00A816B5" w:rsidRPr="00AA5124">
        <w:rPr>
          <w:rFonts w:ascii="Arial" w:hAnsi="Arial" w:cs="Arial"/>
          <w:bCs/>
          <w:szCs w:val="24"/>
          <w:lang w:val="pt-BR"/>
        </w:rPr>
        <w:t>2</w:t>
      </w:r>
    </w:p>
    <w:p w14:paraId="07129121" w14:textId="10C7C7CA" w:rsidR="00A9479C" w:rsidRPr="00AA5124" w:rsidRDefault="00A9479C" w:rsidP="007D642E">
      <w:pPr>
        <w:spacing w:after="0" w:line="240" w:lineRule="auto"/>
        <w:jc w:val="center"/>
        <w:rPr>
          <w:rFonts w:ascii="Arial" w:hAnsi="Arial" w:cs="Arial"/>
          <w:bCs/>
          <w:szCs w:val="24"/>
          <w:lang w:val="pt-BR"/>
        </w:rPr>
      </w:pPr>
      <w:r w:rsidRPr="00AA5124">
        <w:rPr>
          <w:rFonts w:ascii="Arial" w:hAnsi="Arial" w:cs="Arial"/>
          <w:bCs/>
          <w:szCs w:val="24"/>
          <w:lang w:val="pt-BR"/>
        </w:rPr>
        <w:t>*</w:t>
      </w:r>
      <w:r w:rsidR="00C7529B" w:rsidRPr="00AA5124">
        <w:rPr>
          <w:rFonts w:ascii="Arial" w:hAnsi="Arial" w:cs="Arial"/>
          <w:bCs/>
          <w:szCs w:val="24"/>
          <w:lang w:val="pt-BR"/>
        </w:rPr>
        <w:t>autor1@email</w:t>
      </w:r>
      <w:r w:rsidR="00FD1998" w:rsidRPr="00AA5124">
        <w:rPr>
          <w:rFonts w:ascii="Arial" w:hAnsi="Arial" w:cs="Arial"/>
          <w:bCs/>
          <w:szCs w:val="24"/>
          <w:lang w:val="pt-BR"/>
        </w:rPr>
        <w:t>_</w:t>
      </w:r>
      <w:r w:rsidR="00471086" w:rsidRPr="00AA5124">
        <w:rPr>
          <w:rFonts w:ascii="Arial" w:hAnsi="Arial" w:cs="Arial"/>
          <w:bCs/>
          <w:szCs w:val="24"/>
          <w:lang w:val="pt-BR"/>
        </w:rPr>
        <w:t>institucional</w:t>
      </w:r>
      <w:r w:rsidR="00C7529B" w:rsidRPr="00AA5124">
        <w:rPr>
          <w:rFonts w:ascii="Arial" w:hAnsi="Arial" w:cs="Arial"/>
          <w:bCs/>
          <w:szCs w:val="24"/>
          <w:lang w:val="pt-BR"/>
        </w:rPr>
        <w:t>.com</w:t>
      </w:r>
    </w:p>
    <w:p w14:paraId="202F1C9A" w14:textId="77777777" w:rsidR="00AC3B0E" w:rsidRPr="00F73CEE" w:rsidRDefault="00AC3B0E" w:rsidP="007D642E">
      <w:pPr>
        <w:spacing w:after="0" w:line="240" w:lineRule="auto"/>
        <w:jc w:val="center"/>
        <w:rPr>
          <w:rFonts w:cs="Times New Roman"/>
          <w:szCs w:val="24"/>
          <w:lang w:val="pt-BR"/>
        </w:rPr>
      </w:pPr>
    </w:p>
    <w:p w14:paraId="5AE4E8F5" w14:textId="022E560F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szCs w:val="24"/>
          <w:lang w:val="pt-BR"/>
        </w:rPr>
      </w:pPr>
      <w:r w:rsidRPr="00AA5124">
        <w:rPr>
          <w:rFonts w:ascii="Arial" w:hAnsi="Arial" w:cs="Arial"/>
          <w:b/>
          <w:bCs/>
          <w:szCs w:val="24"/>
          <w:lang w:val="pt-BR"/>
        </w:rPr>
        <w:t>INTRODUÇÃO:</w:t>
      </w:r>
      <w:r w:rsidRPr="00AA5124">
        <w:rPr>
          <w:rFonts w:ascii="Arial" w:hAnsi="Arial" w:cs="Arial"/>
          <w:szCs w:val="24"/>
          <w:lang w:val="pt-BR"/>
        </w:rPr>
        <w:t>XXXXXXXXXXXXXXXXXXXXXXXXXXXXXXXXXXXXXXXXXXXXXXXXXXXXXXXXXXXXXXXXXXXXXXXXXXXXXXXXXXXXXXXXXXXXXXXXXXXXXXXXXXXXXXXXXXXXXXXXXXXXX.</w:t>
      </w:r>
      <w:r w:rsidRPr="00AA5124">
        <w:rPr>
          <w:rFonts w:ascii="Arial" w:hAnsi="Arial" w:cs="Arial"/>
          <w:b/>
          <w:bCs/>
          <w:szCs w:val="24"/>
          <w:lang w:val="pt-BR"/>
        </w:rPr>
        <w:t>OBJETIVO:</w:t>
      </w:r>
      <w:r w:rsidRPr="00AA5124">
        <w:rPr>
          <w:rFonts w:ascii="Arial" w:hAnsi="Arial" w:cs="Arial"/>
          <w:szCs w:val="24"/>
          <w:lang w:val="pt-BR"/>
        </w:rPr>
        <w:t>XXXXXXXXXXXXXXXXXXX</w:t>
      </w:r>
      <w:r w:rsidR="00AA5124">
        <w:rPr>
          <w:rFonts w:ascii="Arial" w:hAnsi="Arial" w:cs="Arial"/>
          <w:szCs w:val="24"/>
          <w:lang w:val="pt-BR"/>
        </w:rPr>
        <w:t>XXXXXXXXXXXX</w:t>
      </w:r>
    </w:p>
    <w:p w14:paraId="1AC9EBA7" w14:textId="3FFA466F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szCs w:val="24"/>
          <w:lang w:val="pt-BR"/>
        </w:rPr>
      </w:pPr>
      <w:r w:rsidRPr="00AA5124">
        <w:rPr>
          <w:rFonts w:ascii="Arial" w:hAnsi="Arial" w:cs="Arial"/>
          <w:szCs w:val="24"/>
          <w:lang w:val="pt-BR"/>
        </w:rPr>
        <w:t>XXXXXXXXXXXXXXXXXXXXXXXXXXXXXXXXXXXXXXXXXXXXXXXXXXXXXXXXXXXXXXXXXXXXXXXXXXXXXXXXXXXXXXXXXXXXXXXXXXX</w:t>
      </w:r>
      <w:r w:rsidR="00AA5124">
        <w:rPr>
          <w:rFonts w:ascii="Arial" w:hAnsi="Arial" w:cs="Arial"/>
          <w:szCs w:val="24"/>
          <w:lang w:val="pt-BR"/>
        </w:rPr>
        <w:t>XXXXXXXX</w:t>
      </w:r>
      <w:r w:rsidRPr="00AA5124">
        <w:rPr>
          <w:rFonts w:ascii="Arial" w:hAnsi="Arial" w:cs="Arial"/>
          <w:szCs w:val="24"/>
          <w:lang w:val="pt-BR"/>
        </w:rPr>
        <w:t>X.</w:t>
      </w:r>
      <w:r w:rsidRPr="00AA5124">
        <w:rPr>
          <w:rFonts w:ascii="Arial" w:hAnsi="Arial" w:cs="Arial"/>
          <w:b/>
          <w:bCs/>
          <w:szCs w:val="24"/>
          <w:lang w:val="pt-BR"/>
        </w:rPr>
        <w:t xml:space="preserve">MÉTODOS: </w:t>
      </w:r>
      <w:r w:rsidR="00AA5124">
        <w:rPr>
          <w:rFonts w:ascii="Arial" w:hAnsi="Arial" w:cs="Arial"/>
          <w:b/>
          <w:bCs/>
          <w:szCs w:val="24"/>
          <w:lang w:val="pt-BR"/>
        </w:rPr>
        <w:t>XXXX</w:t>
      </w:r>
      <w:r w:rsidRPr="00AA5124">
        <w:rPr>
          <w:rFonts w:ascii="Arial" w:hAnsi="Arial" w:cs="Arial"/>
          <w:szCs w:val="24"/>
          <w:lang w:val="pt-BR"/>
        </w:rPr>
        <w:t>XXXXXXXXXXXXXXXXXXXXXXXXXXXXXXXXXXXXXXXXXXXXXXXXXXXXXX</w:t>
      </w:r>
    </w:p>
    <w:p w14:paraId="4F6227AE" w14:textId="5D3B18CB" w:rsidR="00575A6E" w:rsidRPr="00AA5124" w:rsidRDefault="00575A6E" w:rsidP="00637AB4">
      <w:pPr>
        <w:spacing w:after="0" w:line="240" w:lineRule="auto"/>
        <w:ind w:right="48"/>
        <w:jc w:val="both"/>
        <w:rPr>
          <w:rFonts w:ascii="Arial" w:hAnsi="Arial" w:cs="Arial"/>
          <w:szCs w:val="24"/>
          <w:lang w:val="pt-BR"/>
        </w:rPr>
      </w:pPr>
      <w:r w:rsidRPr="00AA5124">
        <w:rPr>
          <w:rFonts w:ascii="Arial" w:hAnsi="Arial" w:cs="Arial"/>
          <w:szCs w:val="24"/>
          <w:lang w:val="pt-BR"/>
        </w:rPr>
        <w:t>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</w:t>
      </w:r>
      <w:r w:rsidR="00AA5124">
        <w:rPr>
          <w:rFonts w:ascii="Arial" w:hAnsi="Arial" w:cs="Arial"/>
          <w:szCs w:val="24"/>
          <w:lang w:val="pt-BR"/>
        </w:rPr>
        <w:t>XXXXXXXXXXXXXXXXXXXXXXXXXX</w:t>
      </w:r>
      <w:r w:rsidRPr="00AA5124">
        <w:rPr>
          <w:rFonts w:ascii="Arial" w:hAnsi="Arial" w:cs="Arial"/>
          <w:szCs w:val="24"/>
          <w:lang w:val="pt-BR"/>
        </w:rPr>
        <w:t>X.</w:t>
      </w:r>
      <w:r w:rsidR="007049F8" w:rsidRPr="00AA5124">
        <w:rPr>
          <w:rFonts w:ascii="Arial" w:hAnsi="Arial" w:cs="Arial"/>
          <w:szCs w:val="24"/>
          <w:lang w:val="pt-BR"/>
        </w:rPr>
        <w:t xml:space="preserve"> </w:t>
      </w:r>
      <w:r w:rsidRPr="00AA5124">
        <w:rPr>
          <w:rFonts w:ascii="Arial" w:hAnsi="Arial" w:cs="Arial"/>
          <w:b/>
          <w:bCs/>
          <w:szCs w:val="24"/>
          <w:lang w:val="pt-BR"/>
        </w:rPr>
        <w:t>RESULTADOS E DISCUSSÃO:</w:t>
      </w:r>
      <w:r w:rsidRPr="00AA5124">
        <w:rPr>
          <w:rFonts w:ascii="Arial" w:hAnsi="Arial" w:cs="Arial"/>
          <w:szCs w:val="24"/>
          <w:lang w:val="pt-BR"/>
        </w:rPr>
        <w:t>XXXXXXXXXXXXXXXXXXXXXXXXXXXXXXXXXXXXXXXXXXXXX</w:t>
      </w:r>
      <w:r w:rsidR="00AA5124">
        <w:rPr>
          <w:rFonts w:ascii="Arial" w:hAnsi="Arial" w:cs="Arial"/>
          <w:szCs w:val="24"/>
          <w:lang w:val="pt-BR"/>
        </w:rPr>
        <w:t>XXX</w:t>
      </w:r>
    </w:p>
    <w:p w14:paraId="03991907" w14:textId="5068FBBE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szCs w:val="24"/>
          <w:lang w:val="pt-BR"/>
        </w:rPr>
      </w:pPr>
      <w:r w:rsidRPr="00AA5124">
        <w:rPr>
          <w:rFonts w:ascii="Arial" w:hAnsi="Arial" w:cs="Arial"/>
          <w:szCs w:val="24"/>
          <w:lang w:val="pt-BR"/>
        </w:rPr>
        <w:t>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.</w:t>
      </w:r>
      <w:r w:rsidRPr="00AA5124">
        <w:rPr>
          <w:rFonts w:ascii="Arial" w:hAnsi="Arial" w:cs="Arial"/>
          <w:b/>
          <w:bCs/>
          <w:szCs w:val="24"/>
          <w:lang w:val="pt-BR"/>
        </w:rPr>
        <w:t>CONCLUSÃO:</w:t>
      </w:r>
      <w:r w:rsidRPr="00AA5124">
        <w:rPr>
          <w:rFonts w:ascii="Arial" w:hAnsi="Arial" w:cs="Arial"/>
          <w:szCs w:val="24"/>
          <w:lang w:val="pt-BR"/>
        </w:rPr>
        <w:t>X</w:t>
      </w:r>
      <w:r w:rsidR="00AA5124">
        <w:rPr>
          <w:rFonts w:ascii="Arial" w:hAnsi="Arial" w:cs="Arial"/>
          <w:szCs w:val="24"/>
          <w:lang w:val="pt-BR"/>
        </w:rPr>
        <w:t>XXXXXXXXXXXXXXXXXXXXXXXXXXXX</w:t>
      </w:r>
      <w:r w:rsidRPr="00AA5124">
        <w:rPr>
          <w:rFonts w:ascii="Arial" w:hAnsi="Arial" w:cs="Arial"/>
          <w:szCs w:val="24"/>
          <w:lang w:val="pt-BR"/>
        </w:rPr>
        <w:t>XXXXXXXXXXXXXXXXXXXXXXXXXXXXXXXXXXXXXXXXXXXXXXXXXXXXXXXX</w:t>
      </w:r>
    </w:p>
    <w:p w14:paraId="2361DAB7" w14:textId="0C08CEE9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szCs w:val="24"/>
          <w:lang w:val="pt-BR"/>
        </w:rPr>
      </w:pPr>
      <w:r w:rsidRPr="00AA5124">
        <w:rPr>
          <w:rFonts w:ascii="Arial" w:hAnsi="Arial" w:cs="Arial"/>
          <w:szCs w:val="24"/>
          <w:lang w:val="pt-BR"/>
        </w:rPr>
        <w:t>XXXXXXXXXXXXXXXXXXXXXXXXXXXXXXXXXXXXXXXXXXXXXXXXXXXXXXXXXXXXXXXXXXXXXXXXXXXXXXXXXXXXXXXXXXXXXXXXXXXXXXXXXXXXXXXXXXXXXXXXXXXXXXXXXXXXXXXXXXXXXXXXXXXXXXXXXXXXXXXXX</w:t>
      </w:r>
      <w:r w:rsidR="00AA5124">
        <w:rPr>
          <w:rFonts w:ascii="Arial" w:hAnsi="Arial" w:cs="Arial"/>
          <w:szCs w:val="24"/>
          <w:lang w:val="pt-BR"/>
        </w:rPr>
        <w:t>XXXXXXXXXXXX</w:t>
      </w:r>
      <w:r w:rsidR="004019DD" w:rsidRPr="00AA5124">
        <w:rPr>
          <w:rFonts w:ascii="Arial" w:hAnsi="Arial" w:cs="Arial"/>
          <w:szCs w:val="24"/>
          <w:lang w:val="pt-BR"/>
        </w:rPr>
        <w:t>.</w:t>
      </w:r>
      <w:r w:rsidRPr="00AA5124">
        <w:rPr>
          <w:rFonts w:ascii="Arial" w:hAnsi="Arial" w:cs="Arial"/>
          <w:b/>
          <w:bCs/>
          <w:noProof/>
          <w:szCs w:val="24"/>
          <w:lang w:val="pt-BR"/>
        </w:rPr>
        <w:br/>
      </w:r>
    </w:p>
    <w:p w14:paraId="7C1068A8" w14:textId="77777777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b/>
          <w:bCs/>
          <w:noProof/>
          <w:szCs w:val="24"/>
          <w:lang w:val="pt-BR"/>
        </w:rPr>
      </w:pPr>
      <w:r w:rsidRPr="00AA5124">
        <w:rPr>
          <w:rFonts w:ascii="Arial" w:hAnsi="Arial" w:cs="Arial"/>
          <w:b/>
          <w:bCs/>
          <w:noProof/>
          <w:szCs w:val="24"/>
          <w:lang w:val="pt-BR"/>
        </w:rPr>
        <w:t xml:space="preserve">Descritores: </w:t>
      </w:r>
    </w:p>
    <w:p w14:paraId="3D068C6C" w14:textId="0F3C1005" w:rsidR="006A47D0" w:rsidRPr="00AA5124" w:rsidRDefault="00575A6E" w:rsidP="007D642E">
      <w:pPr>
        <w:spacing w:after="0" w:line="240" w:lineRule="auto"/>
        <w:jc w:val="both"/>
        <w:rPr>
          <w:rFonts w:ascii="Arial" w:hAnsi="Arial" w:cs="Arial"/>
          <w:b/>
          <w:bCs/>
          <w:noProof/>
          <w:szCs w:val="24"/>
          <w:lang w:val="pt-BR"/>
        </w:rPr>
      </w:pPr>
      <w:r w:rsidRPr="00AA5124">
        <w:rPr>
          <w:rFonts w:ascii="Arial" w:hAnsi="Arial" w:cs="Arial"/>
          <w:b/>
          <w:bCs/>
          <w:noProof/>
          <w:szCs w:val="24"/>
          <w:lang w:val="pt-BR"/>
        </w:rPr>
        <w:t xml:space="preserve">Fonte de financiamento: </w:t>
      </w:r>
    </w:p>
    <w:p w14:paraId="3F491C2F" w14:textId="77777777" w:rsidR="00575A6E" w:rsidRPr="00AA5124" w:rsidRDefault="00575A6E" w:rsidP="007D642E">
      <w:pPr>
        <w:spacing w:after="0" w:line="240" w:lineRule="auto"/>
        <w:jc w:val="both"/>
        <w:rPr>
          <w:rFonts w:ascii="Arial" w:hAnsi="Arial" w:cs="Arial"/>
          <w:b/>
          <w:bCs/>
          <w:noProof/>
          <w:szCs w:val="24"/>
          <w:lang w:val="pt-BR"/>
        </w:rPr>
      </w:pPr>
      <w:r w:rsidRPr="00AA5124">
        <w:rPr>
          <w:rFonts w:ascii="Arial" w:hAnsi="Arial" w:cs="Arial"/>
          <w:b/>
          <w:bCs/>
          <w:noProof/>
          <w:szCs w:val="24"/>
          <w:lang w:val="pt-BR"/>
        </w:rPr>
        <w:t>Referências:</w:t>
      </w:r>
    </w:p>
    <w:p w14:paraId="30051A66" w14:textId="77777777" w:rsidR="00AC3B0E" w:rsidRDefault="00AC3B0E" w:rsidP="007D642E">
      <w:pPr>
        <w:spacing w:after="0" w:line="240" w:lineRule="auto"/>
        <w:jc w:val="both"/>
        <w:rPr>
          <w:rFonts w:cs="Times New Roman"/>
          <w:b/>
          <w:bCs/>
          <w:noProof/>
          <w:szCs w:val="24"/>
          <w:lang w:val="pt-BR"/>
        </w:rPr>
      </w:pPr>
    </w:p>
    <w:p w14:paraId="00535F1C" w14:textId="77777777" w:rsidR="00AC3B0E" w:rsidRDefault="00AC3B0E" w:rsidP="007D642E">
      <w:pPr>
        <w:spacing w:after="0" w:line="240" w:lineRule="auto"/>
        <w:jc w:val="both"/>
        <w:rPr>
          <w:rFonts w:cs="Times New Roman"/>
          <w:b/>
          <w:bCs/>
          <w:noProof/>
          <w:szCs w:val="24"/>
          <w:lang w:val="pt-BR"/>
        </w:rPr>
      </w:pPr>
    </w:p>
    <w:p w14:paraId="43F32AC6" w14:textId="77777777" w:rsidR="00714039" w:rsidRPr="00B66565" w:rsidRDefault="00714039" w:rsidP="007D642E">
      <w:pPr>
        <w:spacing w:line="240" w:lineRule="auto"/>
        <w:rPr>
          <w:lang w:val="pt-BR"/>
        </w:rPr>
      </w:pPr>
    </w:p>
    <w:sectPr w:rsidR="00714039" w:rsidRPr="00B66565" w:rsidSect="004019DD">
      <w:headerReference w:type="default" r:id="rId8"/>
      <w:footerReference w:type="default" r:id="rId9"/>
      <w:pgSz w:w="12240" w:h="15840" w:code="1"/>
      <w:pgMar w:top="1418" w:right="1418" w:bottom="1418" w:left="1418" w:header="340" w:footer="5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2438FB" w14:textId="77777777" w:rsidR="003F0745" w:rsidRDefault="003F0745">
      <w:pPr>
        <w:spacing w:after="0" w:line="240" w:lineRule="auto"/>
      </w:pPr>
      <w:r>
        <w:separator/>
      </w:r>
    </w:p>
  </w:endnote>
  <w:endnote w:type="continuationSeparator" w:id="0">
    <w:p w14:paraId="6E9709C7" w14:textId="77777777" w:rsidR="003F0745" w:rsidRDefault="003F07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34DA54" w14:textId="015AF4E3" w:rsidR="006A47D0" w:rsidRDefault="004019DD">
    <w:pPr>
      <w:pStyle w:val="Rodap"/>
      <w:rPr>
        <w:noProof/>
      </w:rPr>
    </w:pPr>
    <w:r w:rsidRPr="006A47D0">
      <w:rPr>
        <w:noProof/>
      </w:rPr>
      <w:drawing>
        <wp:anchor distT="0" distB="0" distL="114300" distR="114300" simplePos="0" relativeHeight="251618303" behindDoc="0" locked="0" layoutInCell="1" allowOverlap="1" wp14:anchorId="454A1229" wp14:editId="7613E7E9">
          <wp:simplePos x="0" y="0"/>
          <wp:positionH relativeFrom="column">
            <wp:posOffset>-1267460</wp:posOffset>
          </wp:positionH>
          <wp:positionV relativeFrom="paragraph">
            <wp:posOffset>-15298</wp:posOffset>
          </wp:positionV>
          <wp:extent cx="8125575" cy="1036389"/>
          <wp:effectExtent l="0" t="0" r="8890" b="0"/>
          <wp:wrapNone/>
          <wp:docPr id="1014664050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9715113" name=""/>
                  <pic:cNvPicPr/>
                </pic:nvPicPr>
                <pic:blipFill rotWithShape="1">
                  <a:blip r:embed="rId1"/>
                  <a:srcRect t="19392"/>
                  <a:stretch>
                    <a:fillRect/>
                  </a:stretch>
                </pic:blipFill>
                <pic:spPr bwMode="auto">
                  <a:xfrm>
                    <a:off x="0" y="0"/>
                    <a:ext cx="8125575" cy="103638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A47D0" w:rsidRPr="005370AF">
      <w:rPr>
        <w:b/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92032" behindDoc="0" locked="0" layoutInCell="1" allowOverlap="1" wp14:anchorId="46156201" wp14:editId="309124E4">
              <wp:simplePos x="0" y="0"/>
              <wp:positionH relativeFrom="column">
                <wp:posOffset>1912620</wp:posOffset>
              </wp:positionH>
              <wp:positionV relativeFrom="paragraph">
                <wp:posOffset>39370</wp:posOffset>
              </wp:positionV>
              <wp:extent cx="2203450" cy="321945"/>
              <wp:effectExtent l="0" t="0" r="0" b="1905"/>
              <wp:wrapSquare wrapText="bothSides"/>
              <wp:docPr id="896965903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03450" cy="32194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621FA30" w14:textId="0DBC2E17" w:rsidR="00441D35" w:rsidRPr="006A47D0" w:rsidRDefault="00441D35" w:rsidP="006A47D0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</w:pPr>
                          <w:r w:rsidRPr="006A47D0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>Patroc</w:t>
                          </w:r>
                          <w:r w:rsidR="004019DD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>ínio</w:t>
                          </w:r>
                          <w:r w:rsidRPr="006A47D0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 xml:space="preserve"> e apoio: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156201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150.6pt;margin-top:3.1pt;width:173.5pt;height:25.3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" filled="f" stroked="f">
              <v:textbox>
                <w:txbxContent>
                  <w:p w14:paraId="5621FA30" w14:textId="0DBC2E17" w:rsidR="00441D35" w:rsidRPr="006A47D0" w:rsidRDefault="00441D35" w:rsidP="006A47D0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</w:pPr>
                    <w:r w:rsidRPr="006A47D0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>Patroc</w:t>
                    </w:r>
                    <w:r w:rsidR="004019DD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>ínio</w:t>
                    </w:r>
                    <w:r w:rsidRPr="006A47D0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 xml:space="preserve"> e apoio: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6A47D0"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 wp14:anchorId="1863ED14" wp14:editId="635BC66C">
              <wp:simplePos x="0" y="0"/>
              <wp:positionH relativeFrom="column">
                <wp:posOffset>563534</wp:posOffset>
              </wp:positionH>
              <wp:positionV relativeFrom="paragraph">
                <wp:posOffset>-18415</wp:posOffset>
              </wp:positionV>
              <wp:extent cx="1466215" cy="992505"/>
              <wp:effectExtent l="0" t="0" r="0" b="0"/>
              <wp:wrapNone/>
              <wp:docPr id="661139080" name="Agrupar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6215" cy="992505"/>
                        <a:chOff x="0" y="0"/>
                        <a:chExt cx="1466215" cy="992505"/>
                      </a:xfrm>
                    </wpg:grpSpPr>
                    <pic:pic xmlns:pic="http://schemas.openxmlformats.org/drawingml/2006/picture">
                      <pic:nvPicPr>
                        <pic:cNvPr id="1377316744" name="Imagem 9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3">
                                  <a14:imgEffect>
                                    <a14:backgroundRemoval t="9961" b="89844" l="3125" r="32357">
                                      <a14:foregroundMark x1="23633" y1="33887" x2="30794" y2="59863"/>
                                      <a14:foregroundMark x1="30794" y1="36426" x2="31576" y2="33887"/>
                                      <a14:foregroundMark x1="30599" y1="48633" x2="31250" y2="59570"/>
                                      <a14:foregroundMark x1="31706" y1="38086" x2="31576" y2="35352"/>
                                      <a14:foregroundMark x1="32357" y1="34961" x2="30534" y2="46875"/>
                                      <a14:backgroundMark x1="33529" y1="42480" x2="33398" y2="45801"/>
                                    </a14:backgroundRemoval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rcRect r="66426"/>
                        <a:stretch>
                          <a:fillRect/>
                        </a:stretch>
                      </pic:blipFill>
                      <pic:spPr bwMode="auto">
                        <a:xfrm>
                          <a:off x="0" y="58882"/>
                          <a:ext cx="476250" cy="8896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s:wsp>
                      <wps:cNvPr id="304736020" name="Freeform 3"/>
                      <wps:cNvSpPr/>
                      <wps:spPr>
                        <a:xfrm>
                          <a:off x="476250" y="0"/>
                          <a:ext cx="989965" cy="992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0387" h="3576663">
                              <a:moveTo>
                                <a:pt x="0" y="0"/>
                              </a:moveTo>
                              <a:lnTo>
                                <a:pt x="6210387" y="0"/>
                              </a:lnTo>
                              <a:lnTo>
                                <a:pt x="6210387" y="3576663"/>
                              </a:lnTo>
                              <a:lnTo>
                                <a:pt x="0" y="35766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"/>
                          <a:srcRect/>
                          <a:stretch>
                            <a:fillRect l="-63946" t="-1" r="-120" b="-55"/>
                          </a:stretch>
                        </a:blipFill>
                      </wps:spPr>
                      <wps:txbx>
                        <w:txbxContent>
                          <w:p w14:paraId="767AB7EC" w14:textId="77777777" w:rsidR="006A47D0" w:rsidRDefault="006A47D0" w:rsidP="006A47D0">
                            <w:pPr>
                              <w:rPr>
                                <w:lang w:val="pt-BR"/>
                              </w:rPr>
                            </w:pPr>
                          </w:p>
                          <w:p w14:paraId="51E5A248" w14:textId="77777777" w:rsidR="006A47D0" w:rsidRPr="006A47D0" w:rsidRDefault="006A47D0" w:rsidP="006A47D0">
                            <w:pPr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63ED14" id="Agrupar 10" o:spid="_x0000_s1032" style="position:absolute;margin-left:44.35pt;margin-top:-1.45pt;width:115.45pt;height:78.15pt;z-index:251698176" coordsize="14662,992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9" o:spid="_x0000_s1033" type="#_x0000_t75" style="position:absolute;top:588;width:4762;height: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">
                <v:imagedata r:id="rId5" o:title="" cropright="43533f"/>
              </v:shape>
              <v:shape id="Freeform 3" o:spid="_x0000_s1034" style="position:absolute;left:4762;width:9900;height:9925;visibility:visible;mso-wrap-style:square;v-text-anchor:top" coordsize="6210387,35766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" adj="-11796480,,5400" path="m,l6210387,r,3576663l,3576663,,xe" stroked="f">
                <v:fill r:id="rId6" o:title="" recolor="t" rotate="t" type="frame"/>
                <v:stroke joinstyle="miter"/>
                <v:formulas/>
                <v:path arrowok="t" o:connecttype="custom" textboxrect="0,0,6210387,3576663"/>
                <v:textbox>
                  <w:txbxContent>
                    <w:p w14:paraId="767AB7EC" w14:textId="77777777" w:rsidR="006A47D0" w:rsidRDefault="006A47D0" w:rsidP="006A47D0">
                      <w:pPr>
                        <w:rPr>
                          <w:lang w:val="pt-BR"/>
                        </w:rPr>
                      </w:pPr>
                    </w:p>
                    <w:p w14:paraId="51E5A248" w14:textId="77777777" w:rsidR="006A47D0" w:rsidRPr="006A47D0" w:rsidRDefault="006A47D0" w:rsidP="006A47D0">
                      <w:pPr>
                        <w:rPr>
                          <w:lang w:val="pt-BR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  <w:r w:rsidR="006A47D0">
      <w:rPr>
        <w:noProof/>
      </w:rPr>
      <w:drawing>
        <wp:anchor distT="0" distB="0" distL="114300" distR="114300" simplePos="0" relativeHeight="251700224" behindDoc="0" locked="0" layoutInCell="1" allowOverlap="1" wp14:anchorId="28391A08" wp14:editId="4E578D25">
          <wp:simplePos x="0" y="0"/>
          <wp:positionH relativeFrom="column">
            <wp:posOffset>4156075</wp:posOffset>
          </wp:positionH>
          <wp:positionV relativeFrom="paragraph">
            <wp:posOffset>172933</wp:posOffset>
          </wp:positionV>
          <wp:extent cx="1101386" cy="734218"/>
          <wp:effectExtent l="0" t="0" r="0" b="0"/>
          <wp:wrapNone/>
          <wp:docPr id="1099023372" name="Imagem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1687291" name="Imagem 1781687291"/>
                  <pic:cNvPicPr/>
                </pic:nvPicPr>
                <pic:blipFill>
                  <a:blip r:embed="rId7"/>
                  <a:stretch>
                    <a:fillRect/>
                  </a:stretch>
                </pic:blipFill>
                <pic:spPr>
                  <a:xfrm>
                    <a:off x="0" y="0"/>
                    <a:ext cx="1101386" cy="73421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350BE00" w14:textId="5590E82A" w:rsidR="006A47D0" w:rsidRDefault="006A47D0">
    <w:pPr>
      <w:pStyle w:val="Rodap"/>
      <w:rPr>
        <w:noProof/>
      </w:rPr>
    </w:pPr>
    <w:r>
      <w:rPr>
        <w:noProof/>
      </w:rPr>
      <w:drawing>
        <wp:anchor distT="0" distB="0" distL="114300" distR="114300" simplePos="0" relativeHeight="251699200" behindDoc="0" locked="0" layoutInCell="1" allowOverlap="1" wp14:anchorId="69EDECA0" wp14:editId="04B7C72D">
          <wp:simplePos x="0" y="0"/>
          <wp:positionH relativeFrom="column">
            <wp:posOffset>5216351</wp:posOffset>
          </wp:positionH>
          <wp:positionV relativeFrom="paragraph">
            <wp:posOffset>83154</wp:posOffset>
          </wp:positionV>
          <wp:extent cx="1529079" cy="493888"/>
          <wp:effectExtent l="0" t="0" r="0" b="1905"/>
          <wp:wrapNone/>
          <wp:docPr id="41206472" name="Imagem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6431651" name="Imagem 1886431651"/>
                  <pic:cNvPicPr/>
                </pic:nvPicPr>
                <pic:blipFill rotWithShape="1">
                  <a:blip r:embed="rId8"/>
                  <a:srcRect l="6948" t="24292" r="6282" b="33667"/>
                  <a:stretch>
                    <a:fillRect/>
                  </a:stretch>
                </pic:blipFill>
                <pic:spPr bwMode="auto">
                  <a:xfrm>
                    <a:off x="0" y="0"/>
                    <a:ext cx="1538255" cy="4968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FC571B7" w14:textId="0ED4F9C2" w:rsidR="006A47D0" w:rsidRDefault="006A47D0">
    <w:pPr>
      <w:pStyle w:val="Rodap"/>
    </w:pPr>
    <w:r>
      <w:rPr>
        <w:b/>
        <w:noProof/>
        <w:lang w:val="pt-BR" w:eastAsia="pt-BR"/>
      </w:rPr>
      <w:drawing>
        <wp:anchor distT="0" distB="0" distL="114300" distR="114300" simplePos="0" relativeHeight="251694080" behindDoc="0" locked="0" layoutInCell="1" allowOverlap="1" wp14:anchorId="5770CB95" wp14:editId="3496F5B5">
          <wp:simplePos x="0" y="0"/>
          <wp:positionH relativeFrom="column">
            <wp:posOffset>-328930</wp:posOffset>
          </wp:positionH>
          <wp:positionV relativeFrom="paragraph">
            <wp:posOffset>-186172</wp:posOffset>
          </wp:positionV>
          <wp:extent cx="887186" cy="591377"/>
          <wp:effectExtent l="0" t="0" r="0" b="0"/>
          <wp:wrapNone/>
          <wp:docPr id="1423330488" name="Image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2837441" name="Imagem 1632837441"/>
                  <pic:cNvPicPr/>
                </pic:nvPicPr>
                <pic:blipFill>
                  <a:blip r:embed="rId9"/>
                  <a:stretch>
                    <a:fillRect/>
                  </a:stretch>
                </pic:blipFill>
                <pic:spPr>
                  <a:xfrm>
                    <a:off x="0" y="0"/>
                    <a:ext cx="889616" cy="592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3FD1800" w14:textId="1CDBB57C" w:rsidR="00B00754" w:rsidRDefault="00B00754">
    <w:pPr>
      <w:pStyle w:val="Rodap"/>
      <w:rPr>
        <w:noProof/>
        <w:lang w:val="pt-BR" w:eastAsia="pt-BR"/>
      </w:rPr>
    </w:pPr>
  </w:p>
  <w:p w14:paraId="44868CCA" w14:textId="7F950BC7" w:rsidR="00B00754" w:rsidRDefault="00B0075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2E913A" w14:textId="77777777" w:rsidR="003F0745" w:rsidRDefault="003F0745">
      <w:pPr>
        <w:spacing w:after="0" w:line="240" w:lineRule="auto"/>
      </w:pPr>
      <w:r>
        <w:separator/>
      </w:r>
    </w:p>
  </w:footnote>
  <w:footnote w:type="continuationSeparator" w:id="0">
    <w:p w14:paraId="2BE64A58" w14:textId="77777777" w:rsidR="003F0745" w:rsidRDefault="003F07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93C1B4" w14:textId="1959C35D" w:rsidR="005370AF" w:rsidRDefault="004019DD" w:rsidP="00850560">
    <w:pPr>
      <w:pStyle w:val="Cabealho"/>
      <w:jc w:val="center"/>
      <w:rPr>
        <w:b/>
        <w:lang w:val="pt-BR"/>
      </w:rPr>
    </w:pPr>
    <w:r>
      <w:rPr>
        <w:noProof/>
        <w:lang w:val="pt-BR" w:eastAsia="pt-BR"/>
      </w:rPr>
      <w:drawing>
        <wp:anchor distT="0" distB="0" distL="114300" distR="114300" simplePos="0" relativeHeight="251624448" behindDoc="0" locked="0" layoutInCell="1" allowOverlap="1" wp14:anchorId="360E22C7" wp14:editId="6028D2F8">
          <wp:simplePos x="0" y="0"/>
          <wp:positionH relativeFrom="column">
            <wp:posOffset>-641350</wp:posOffset>
          </wp:positionH>
          <wp:positionV relativeFrom="paragraph">
            <wp:posOffset>-110665</wp:posOffset>
          </wp:positionV>
          <wp:extent cx="3142615" cy="833120"/>
          <wp:effectExtent l="0" t="0" r="635" b="5080"/>
          <wp:wrapNone/>
          <wp:docPr id="1588097454" name="Grá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57479160" name="Gráfico 1757479160"/>
                  <pic:cNvPicPr/>
                </pic:nvPicPr>
                <pic:blipFill rotWithShape="1"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rcRect t="39167" b="34297"/>
                  <a:stretch>
                    <a:fillRect/>
                  </a:stretch>
                </pic:blipFill>
                <pic:spPr bwMode="auto">
                  <a:xfrm>
                    <a:off x="0" y="0"/>
                    <a:ext cx="3142615" cy="8331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370AF">
      <w:rPr>
        <w:b/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702272" behindDoc="0" locked="0" layoutInCell="1" allowOverlap="1" wp14:anchorId="65440300" wp14:editId="6E60ED11">
              <wp:simplePos x="0" y="0"/>
              <wp:positionH relativeFrom="column">
                <wp:posOffset>3005455</wp:posOffset>
              </wp:positionH>
              <wp:positionV relativeFrom="paragraph">
                <wp:posOffset>-172663</wp:posOffset>
              </wp:positionV>
              <wp:extent cx="3546763" cy="436418"/>
              <wp:effectExtent l="0" t="0" r="0" b="1905"/>
              <wp:wrapNone/>
              <wp:docPr id="716102326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6763" cy="436418"/>
                      </a:xfrm>
                      <a:prstGeom prst="rect">
                        <a:avLst/>
                      </a:prstGeom>
                      <a:solidFill>
                        <a:srgbClr val="2E657D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3784D98" w14:textId="4195B396" w:rsidR="004019DD" w:rsidRDefault="004019DD" w:rsidP="004019DD">
                          <w:pPr>
                            <w:spacing w:after="0" w:line="240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</w:pPr>
                          <w:r w:rsidRPr="004019DD"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>Saúde coletiva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</w:t>
                          </w:r>
                          <w:r w:rsidRPr="004019DD">
                            <w:rPr>
                              <w:rFonts w:ascii="Arial" w:hAnsi="Arial" w:cs="Arial"/>
                              <w:color w:val="FFFFFF" w:themeColor="background1"/>
                              <w:lang w:val="pt-BR"/>
                            </w:rPr>
                            <w:t>I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Inovação terapêutica</w:t>
                          </w:r>
                        </w:p>
                        <w:p w14:paraId="001DA7E1" w14:textId="4DD20CE6" w:rsidR="004019DD" w:rsidRPr="004019DD" w:rsidRDefault="004019DD" w:rsidP="004019DD">
                          <w:pPr>
                            <w:spacing w:after="0" w:line="240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Ciências da Saúde </w:t>
                          </w:r>
                          <w:r w:rsidRPr="004019DD">
                            <w:rPr>
                              <w:rFonts w:ascii="Arial" w:hAnsi="Arial" w:cs="Arial"/>
                              <w:color w:val="FFFFFF" w:themeColor="background1"/>
                              <w:lang w:val="pt-BR"/>
                            </w:rPr>
                            <w:t>I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Biodiversidade e Biotecnologia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5440300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left:0;text-align:left;margin-left:236.65pt;margin-top:-13.6pt;width:279.25pt;height:34.3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" fillcolor="#2e657d" stroked="f">
              <v:textbox>
                <w:txbxContent>
                  <w:p w14:paraId="43784D98" w14:textId="4195B396" w:rsidR="004019DD" w:rsidRDefault="004019DD" w:rsidP="004019DD">
                    <w:pPr>
                      <w:spacing w:after="0" w:line="240" w:lineRule="auto"/>
                      <w:jc w:val="center"/>
                      <w:rPr>
                        <w:b/>
                        <w:bCs/>
                        <w:color w:val="FFFFFF" w:themeColor="background1"/>
                        <w:lang w:val="pt-BR"/>
                      </w:rPr>
                    </w:pPr>
                    <w:r w:rsidRPr="004019DD">
                      <w:rPr>
                        <w:b/>
                        <w:bCs/>
                        <w:color w:val="FFFFFF" w:themeColor="background1"/>
                        <w:lang w:val="pt-BR"/>
                      </w:rPr>
                      <w:t>Saúde coletiva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</w:t>
                    </w:r>
                    <w:r w:rsidRPr="004019DD">
                      <w:rPr>
                        <w:rFonts w:ascii="Arial" w:hAnsi="Arial" w:cs="Arial"/>
                        <w:color w:val="FFFFFF" w:themeColor="background1"/>
                        <w:lang w:val="pt-BR"/>
                      </w:rPr>
                      <w:t>I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Inovação terapêutica</w:t>
                    </w:r>
                  </w:p>
                  <w:p w14:paraId="001DA7E1" w14:textId="4DD20CE6" w:rsidR="004019DD" w:rsidRPr="004019DD" w:rsidRDefault="004019DD" w:rsidP="004019DD">
                    <w:pPr>
                      <w:spacing w:after="0" w:line="240" w:lineRule="auto"/>
                      <w:jc w:val="center"/>
                      <w:rPr>
                        <w:b/>
                        <w:bCs/>
                        <w:color w:val="FFFFFF" w:themeColor="background1"/>
                        <w:lang w:val="pt-BR"/>
                      </w:rPr>
                    </w:pP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Ciências da Saúde </w:t>
                    </w:r>
                    <w:r w:rsidRPr="004019DD">
                      <w:rPr>
                        <w:rFonts w:ascii="Arial" w:hAnsi="Arial" w:cs="Arial"/>
                        <w:color w:val="FFFFFF" w:themeColor="background1"/>
                        <w:lang w:val="pt-BR"/>
                      </w:rPr>
                      <w:t>I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Biodiversidade e Biotecnologia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19328" behindDoc="0" locked="0" layoutInCell="1" allowOverlap="1" wp14:anchorId="2B4F2271" wp14:editId="5E1C32A7">
              <wp:simplePos x="0" y="0"/>
              <wp:positionH relativeFrom="column">
                <wp:posOffset>-889000</wp:posOffset>
              </wp:positionH>
              <wp:positionV relativeFrom="paragraph">
                <wp:posOffset>-767715</wp:posOffset>
              </wp:positionV>
              <wp:extent cx="7844790" cy="1565910"/>
              <wp:effectExtent l="57150" t="19050" r="80010" b="91440"/>
              <wp:wrapNone/>
              <wp:docPr id="536231978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44790" cy="1565910"/>
                      </a:xfrm>
                      <a:prstGeom prst="rect">
                        <a:avLst/>
                      </a:prstGeom>
                      <a:solidFill>
                        <a:srgbClr val="2E657D"/>
                      </a:solidFill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808E62B" id="Retângulo 6" o:spid="_x0000_s1026" style="position:absolute;margin-left:-70pt;margin-top:-60.45pt;width:617.7pt;height:123.3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" fillcolor="#2e657d" strokecolor="#4579b8 [3044]">
              <v:shadow on="t" color="black" opacity="22937f" origin=",.5" offset="0,.63889mm"/>
            </v:rect>
          </w:pict>
        </mc:Fallback>
      </mc:AlternateContent>
    </w:r>
  </w:p>
  <w:p w14:paraId="4ACB91A9" w14:textId="1F6D0BA2" w:rsidR="005370AF" w:rsidRDefault="004019DD" w:rsidP="00850560">
    <w:pPr>
      <w:pStyle w:val="Cabealho"/>
      <w:jc w:val="center"/>
      <w:rPr>
        <w:b/>
        <w:lang w:val="pt-BR"/>
      </w:rPr>
    </w:pPr>
    <w:r>
      <w:rPr>
        <w:b/>
        <w:noProof/>
        <w:lang w:val="pt-BR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5640731" wp14:editId="3192FBD7">
              <wp:simplePos x="0" y="0"/>
              <wp:positionH relativeFrom="column">
                <wp:posOffset>3154499</wp:posOffset>
              </wp:positionH>
              <wp:positionV relativeFrom="paragraph">
                <wp:posOffset>127726</wp:posOffset>
              </wp:positionV>
              <wp:extent cx="3162300" cy="419463"/>
              <wp:effectExtent l="38100" t="19050" r="19050" b="0"/>
              <wp:wrapNone/>
              <wp:docPr id="1116970207" name="Agrupar 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62300" cy="419463"/>
                        <a:chOff x="0" y="0"/>
                        <a:chExt cx="3162300" cy="490856"/>
                      </a:xfrm>
                    </wpg:grpSpPr>
                    <wps:wsp>
                      <wps:cNvPr id="1729113394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10391" y="0"/>
                          <a:ext cx="3101340" cy="419100"/>
                        </a:xfrm>
                        <a:prstGeom prst="rect">
                          <a:avLst/>
                        </a:prstGeom>
                        <a:solidFill>
                          <a:srgbClr val="2E657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3BE6C" w14:textId="1DCD9C70" w:rsidR="005370AF" w:rsidRPr="004019DD" w:rsidRDefault="006A47D0" w:rsidP="005370A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</w:pP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</w:t>
                            </w:r>
                            <w:r w:rsidR="00AA644D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a </w:t>
                            </w:r>
                            <w:r w:rsidR="005370AF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11 de </w:t>
                            </w:r>
                            <w:proofErr w:type="spellStart"/>
                            <w:r w:rsidR="005370AF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setembro</w:t>
                            </w:r>
                            <w:proofErr w:type="spellEnd"/>
                            <w:r w:rsidR="00AA644D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de 2026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1638354675" name="Conector reto 7"/>
                      <wps:cNvCnPr/>
                      <wps:spPr>
                        <a:xfrm>
                          <a:off x="0" y="31173"/>
                          <a:ext cx="31623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106000585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58882" y="192406"/>
                          <a:ext cx="3101340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ABB8A" w14:textId="407D83E3" w:rsidR="00AA644D" w:rsidRPr="004019DD" w:rsidRDefault="00AA644D" w:rsidP="00441D3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</w:pP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>Santaré</w:t>
                            </w:r>
                            <w:r w:rsid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>m</w:t>
                            </w: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 xml:space="preserve"> - PA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5640731" id="Agrupar 14" o:spid="_x0000_s1027" style="position:absolute;left:0;text-align:left;margin-left:248.4pt;margin-top:10.05pt;width:249pt;height:33.05pt;z-index:251661312;mso-height-relative:margin" coordsize="31623,4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">
              <v:shape id="_x0000_s1028" type="#_x0000_t202" style="position:absolute;left:103;width:31014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" fillcolor="#2e657d" stroked="f">
                <v:textbox>
                  <w:txbxContent>
                    <w:p w14:paraId="21A3BE6C" w14:textId="1DCD9C70" w:rsidR="005370AF" w:rsidRPr="004019DD" w:rsidRDefault="006A47D0" w:rsidP="005370A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</w:pPr>
                      <w:r w:rsidRPr="004019DD">
                        <w:rPr>
                          <w:b/>
                          <w:bCs/>
                          <w:color w:val="FFFFFF" w:themeColor="background1"/>
                        </w:rPr>
                        <w:t>9</w:t>
                      </w:r>
                      <w:r w:rsidR="00AA644D" w:rsidRPr="004019DD">
                        <w:rPr>
                          <w:b/>
                          <w:bCs/>
                          <w:color w:val="FFFFFF" w:themeColor="background1"/>
                        </w:rPr>
                        <w:t xml:space="preserve"> a </w:t>
                      </w:r>
                      <w:r w:rsidR="005370AF" w:rsidRPr="004019DD">
                        <w:rPr>
                          <w:b/>
                          <w:bCs/>
                          <w:color w:val="FFFFFF" w:themeColor="background1"/>
                        </w:rPr>
                        <w:t>11 de setembro</w:t>
                      </w:r>
                      <w:r w:rsidR="00AA644D" w:rsidRPr="004019DD">
                        <w:rPr>
                          <w:b/>
                          <w:bCs/>
                          <w:color w:val="FFFFFF" w:themeColor="background1"/>
                        </w:rPr>
                        <w:t xml:space="preserve"> de 2026</w:t>
                      </w:r>
                    </w:p>
                  </w:txbxContent>
                </v:textbox>
              </v:shape>
              <v:line id="Conector reto 7" o:spid="_x0000_s1029" style="position:absolute;visibility:visible;mso-wrap-style:square" from="0,311" to="31623,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" strokecolor="white [3212]" strokeweight="2pt">
                <v:shadow on="t" color="black" opacity="24903f" origin=",.5" offset="0,.55556mm"/>
              </v:line>
              <v:shape id="_x0000_s1030" type="#_x0000_t202" style="position:absolute;left:588;top:1924;width:3101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" filled="f" stroked="f">
                <v:textbox>
                  <w:txbxContent>
                    <w:p w14:paraId="2BFABB8A" w14:textId="407D83E3" w:rsidR="00AA644D" w:rsidRPr="004019DD" w:rsidRDefault="00AA644D" w:rsidP="00441D35">
                      <w:pPr>
                        <w:spacing w:after="0"/>
                        <w:jc w:val="center"/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</w:pPr>
                      <w:r w:rsidRP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>Santaré</w:t>
                      </w:r>
                      <w:r w:rsid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>m</w:t>
                      </w:r>
                      <w:r w:rsidRP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 xml:space="preserve"> - PA</w:t>
                      </w:r>
                    </w:p>
                  </w:txbxContent>
                </v:textbox>
              </v:shape>
            </v:group>
          </w:pict>
        </mc:Fallback>
      </mc:AlternateContent>
    </w:r>
  </w:p>
  <w:p w14:paraId="2CC976B5" w14:textId="2A86A508" w:rsidR="004A7A88" w:rsidRDefault="004A7A88" w:rsidP="00850560">
    <w:pPr>
      <w:pStyle w:val="Cabealho"/>
      <w:jc w:val="center"/>
      <w:rPr>
        <w:b/>
        <w:lang w:val="pt-BR"/>
      </w:rPr>
    </w:pPr>
  </w:p>
  <w:p w14:paraId="2C70C084" w14:textId="070EC59E" w:rsidR="005370AF" w:rsidRDefault="005370AF" w:rsidP="00850560">
    <w:pPr>
      <w:pStyle w:val="Cabealho"/>
      <w:jc w:val="center"/>
      <w:rPr>
        <w:b/>
        <w:lang w:val="pt-BR"/>
      </w:rPr>
    </w:pPr>
  </w:p>
  <w:p w14:paraId="35420B21" w14:textId="4ACFEDA1" w:rsidR="00AA644D" w:rsidRDefault="00AA644D" w:rsidP="00850560">
    <w:pPr>
      <w:pStyle w:val="Cabealho"/>
      <w:jc w:val="center"/>
      <w:rPr>
        <w:b/>
        <w:lang w:val="pt-B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erad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erad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Commarcador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Commarcador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erad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84925816">
    <w:abstractNumId w:val="8"/>
  </w:num>
  <w:num w:numId="2" w16cid:durableId="488599517">
    <w:abstractNumId w:val="6"/>
  </w:num>
  <w:num w:numId="3" w16cid:durableId="802771044">
    <w:abstractNumId w:val="5"/>
  </w:num>
  <w:num w:numId="4" w16cid:durableId="546915547">
    <w:abstractNumId w:val="4"/>
  </w:num>
  <w:num w:numId="5" w16cid:durableId="2108428256">
    <w:abstractNumId w:val="7"/>
  </w:num>
  <w:num w:numId="6" w16cid:durableId="1007365879">
    <w:abstractNumId w:val="3"/>
  </w:num>
  <w:num w:numId="7" w16cid:durableId="327908006">
    <w:abstractNumId w:val="2"/>
  </w:num>
  <w:num w:numId="8" w16cid:durableId="1765375358">
    <w:abstractNumId w:val="1"/>
  </w:num>
  <w:num w:numId="9" w16cid:durableId="2994624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12287"/>
    <w:rsid w:val="00034616"/>
    <w:rsid w:val="0006063C"/>
    <w:rsid w:val="000B1C61"/>
    <w:rsid w:val="00102DB3"/>
    <w:rsid w:val="0015074B"/>
    <w:rsid w:val="00221AF9"/>
    <w:rsid w:val="00223307"/>
    <w:rsid w:val="002851FE"/>
    <w:rsid w:val="0029639D"/>
    <w:rsid w:val="002D4432"/>
    <w:rsid w:val="002F31E6"/>
    <w:rsid w:val="002F5BAF"/>
    <w:rsid w:val="0031431B"/>
    <w:rsid w:val="00326F90"/>
    <w:rsid w:val="0033368F"/>
    <w:rsid w:val="00395E6C"/>
    <w:rsid w:val="003A2F55"/>
    <w:rsid w:val="003F0745"/>
    <w:rsid w:val="004019DD"/>
    <w:rsid w:val="004329F6"/>
    <w:rsid w:val="00441D35"/>
    <w:rsid w:val="0046752D"/>
    <w:rsid w:val="00471086"/>
    <w:rsid w:val="004A7A88"/>
    <w:rsid w:val="00521C65"/>
    <w:rsid w:val="00522F83"/>
    <w:rsid w:val="005370AF"/>
    <w:rsid w:val="00555DFC"/>
    <w:rsid w:val="00575A6E"/>
    <w:rsid w:val="00637AB4"/>
    <w:rsid w:val="006A47D0"/>
    <w:rsid w:val="007049F8"/>
    <w:rsid w:val="00714039"/>
    <w:rsid w:val="00766518"/>
    <w:rsid w:val="0076695B"/>
    <w:rsid w:val="007D642E"/>
    <w:rsid w:val="007E6C10"/>
    <w:rsid w:val="007F0453"/>
    <w:rsid w:val="00850560"/>
    <w:rsid w:val="008C275C"/>
    <w:rsid w:val="009336FB"/>
    <w:rsid w:val="00967003"/>
    <w:rsid w:val="009B6907"/>
    <w:rsid w:val="009B797B"/>
    <w:rsid w:val="00A43570"/>
    <w:rsid w:val="00A63703"/>
    <w:rsid w:val="00A816B5"/>
    <w:rsid w:val="00A9479C"/>
    <w:rsid w:val="00AA1D8D"/>
    <w:rsid w:val="00AA5124"/>
    <w:rsid w:val="00AA644D"/>
    <w:rsid w:val="00AC3B0E"/>
    <w:rsid w:val="00B00754"/>
    <w:rsid w:val="00B43A3C"/>
    <w:rsid w:val="00B47730"/>
    <w:rsid w:val="00B47823"/>
    <w:rsid w:val="00B66565"/>
    <w:rsid w:val="00C7529B"/>
    <w:rsid w:val="00C77990"/>
    <w:rsid w:val="00CB0664"/>
    <w:rsid w:val="00CD3B61"/>
    <w:rsid w:val="00D4360E"/>
    <w:rsid w:val="00E22D36"/>
    <w:rsid w:val="00FB2F5D"/>
    <w:rsid w:val="00FC693F"/>
    <w:rsid w:val="00FD1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6007A61"/>
  <w14:defaultImageDpi w14:val="300"/>
  <w15:docId w15:val="{81B698B2-4EC8-405B-AE91-08AA51BEB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rFonts w:ascii="Times New Roman" w:hAnsi="Times New Roman"/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618BF"/>
  </w:style>
  <w:style w:type="paragraph" w:styleId="Rodap">
    <w:name w:val="footer"/>
    <w:basedOn w:val="Normal"/>
    <w:link w:val="Rodap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618BF"/>
  </w:style>
  <w:style w:type="paragraph" w:styleId="SemEspaament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99"/>
    <w:unhideWhenUsed/>
    <w:rsid w:val="00AA1D8D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AA1D8D"/>
  </w:style>
  <w:style w:type="paragraph" w:styleId="Corpodetexto2">
    <w:name w:val="Body Text 2"/>
    <w:basedOn w:val="Normal"/>
    <w:link w:val="Corpodetexto2Char"/>
    <w:uiPriority w:val="99"/>
    <w:unhideWhenUsed/>
    <w:rsid w:val="00AA1D8D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rsid w:val="00AA1D8D"/>
  </w:style>
  <w:style w:type="paragraph" w:styleId="Corpodetexto3">
    <w:name w:val="Body Text 3"/>
    <w:basedOn w:val="Normal"/>
    <w:link w:val="Corpodetexto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odetexto3Char">
    <w:name w:val="Corpo de texto 3 Char"/>
    <w:basedOn w:val="Fontepargpadro"/>
    <w:link w:val="Corpodetexto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Commarcador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Commarcador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Commarcador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Numerada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Numerada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Numerada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adecontinuao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adecontinuao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adecontinuao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demacro">
    <w:name w:val="macro"/>
    <w:link w:val="Textodemacro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demacroChar">
    <w:name w:val="Texto de macro Char"/>
    <w:basedOn w:val="Fontepargpadro"/>
    <w:link w:val="Textodemacro"/>
    <w:uiPriority w:val="99"/>
    <w:rsid w:val="0029639D"/>
    <w:rPr>
      <w:rFonts w:ascii="Courier" w:hAnsi="Courier"/>
      <w:sz w:val="20"/>
      <w:szCs w:val="20"/>
    </w:rPr>
  </w:style>
  <w:style w:type="paragraph" w:styleId="Citao">
    <w:name w:val="Quote"/>
    <w:basedOn w:val="Normal"/>
    <w:next w:val="Normal"/>
    <w:link w:val="CitaoChar"/>
    <w:uiPriority w:val="29"/>
    <w:qFormat/>
    <w:rsid w:val="00FC693F"/>
    <w:rPr>
      <w:i/>
      <w:iCs/>
      <w:color w:val="000000" w:themeColor="text1"/>
    </w:rPr>
  </w:style>
  <w:style w:type="character" w:customStyle="1" w:styleId="CitaoChar">
    <w:name w:val="Citação Char"/>
    <w:basedOn w:val="Fontepargpadro"/>
    <w:link w:val="Citao"/>
    <w:uiPriority w:val="29"/>
    <w:rsid w:val="00FC693F"/>
    <w:rPr>
      <w:i/>
      <w:iCs/>
      <w:color w:val="000000" w:themeColor="tex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orte">
    <w:name w:val="Strong"/>
    <w:basedOn w:val="Fontepargpadro"/>
    <w:uiPriority w:val="22"/>
    <w:qFormat/>
    <w:rsid w:val="00FC693F"/>
    <w:rPr>
      <w:b/>
      <w:bCs/>
    </w:rPr>
  </w:style>
  <w:style w:type="character" w:styleId="nfase">
    <w:name w:val="Emphasis"/>
    <w:basedOn w:val="Fontepargpadro"/>
    <w:uiPriority w:val="20"/>
    <w:qFormat/>
    <w:rsid w:val="00FC693F"/>
    <w:rPr>
      <w:i/>
      <w:iCs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C693F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FC693F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FC693F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FC693F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FC693F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elacomgrade">
    <w:name w:val="Table Grid"/>
    <w:basedOn w:val="Tabe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mentoClaro">
    <w:name w:val="Light Shading"/>
    <w:basedOn w:val="Tabe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mentoClaro-nfase1">
    <w:name w:val="Light Shading Accent 1"/>
    <w:basedOn w:val="Tabe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mentoClaro-nfase2">
    <w:name w:val="Light Shading Accent 2"/>
    <w:basedOn w:val="Tabe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mentoClaro-nfase3">
    <w:name w:val="Light Shading Accent 3"/>
    <w:basedOn w:val="Tabe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mentoClaro-nfase4">
    <w:name w:val="Light Shading Accent 4"/>
    <w:basedOn w:val="Tabe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mentoClaro-nfase5">
    <w:name w:val="Light Shading Accent 5"/>
    <w:basedOn w:val="Tabe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mentoClaro-nfase6">
    <w:name w:val="Light Shading Accent 6"/>
    <w:basedOn w:val="Tabe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e1">
    <w:name w:val="Light List Accent 1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e2">
    <w:name w:val="Light List Accent 2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e3">
    <w:name w:val="Light List Accent 3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e4">
    <w:name w:val="Light List Accent 4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e5">
    <w:name w:val="Light List Accent 5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e6">
    <w:name w:val="Light List Accent 6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adeClara">
    <w:name w:val="Light Grid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adeClara-nfase1">
    <w:name w:val="Light Grid Accent 1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adeClara-nfase2">
    <w:name w:val="Light Grid Accent 2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adeClara-nfase3">
    <w:name w:val="Light Grid Accent 3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adeClara-nfase4">
    <w:name w:val="Light Grid Accent 4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adeClara-nfase5">
    <w:name w:val="Light Grid Accent 5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adeClara-nfase6">
    <w:name w:val="Light Grid Accent 6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mentoMdio1">
    <w:name w:val="Medium Shading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1">
    <w:name w:val="Medium Shading 1 Accent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2">
    <w:name w:val="Medium Shading 1 Accent 2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3">
    <w:name w:val="Medium Shading 1 Accent 3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4">
    <w:name w:val="Medium Shading 1 Accent 4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5">
    <w:name w:val="Medium Shading 1 Accent 5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6">
    <w:name w:val="Medium Shading 1 Accent 6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2">
    <w:name w:val="Medium Shading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1">
    <w:name w:val="Medium Shading 2 Accent 1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2">
    <w:name w:val="Medium Shading 2 Accent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3">
    <w:name w:val="Medium Shading 2 Accent 3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4">
    <w:name w:val="Medium Shading 2 Accent 4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5">
    <w:name w:val="Medium Shading 2 Accent 5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6">
    <w:name w:val="Medium Shading 2 Accent 6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dia1">
    <w:name w:val="Medium Lis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dia1-nfase1">
    <w:name w:val="Medium List 1 Accen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dia1-nfase2">
    <w:name w:val="Medium List 1 Accent 2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dia1-nfase3">
    <w:name w:val="Medium List 1 Accent 3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dia1-nfase4">
    <w:name w:val="Medium List 1 Accent 4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dia1-nfase5">
    <w:name w:val="Medium List 1 Accent 5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dia1-nfase6">
    <w:name w:val="Medium List 1 Accent 6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dia2">
    <w:name w:val="Medium Lis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1">
    <w:name w:val="Medium List 2 Accent 1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2">
    <w:name w:val="Medium List 2 Accen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3">
    <w:name w:val="Medium List 2 Accent 3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4">
    <w:name w:val="Medium List 2 Accent 4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5">
    <w:name w:val="Medium List 2 Accent 5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6">
    <w:name w:val="Medium List 2 Accent 6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adeMdia1">
    <w:name w:val="Medium Grid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Mdia1-nfase1">
    <w:name w:val="Medium Grid 1 Accent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Mdia1-nfase2">
    <w:name w:val="Medium Grid 1 Accent 2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Mdia1-nfase3">
    <w:name w:val="Medium Grid 1 Accent 3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Mdia1-nfase4">
    <w:name w:val="Medium Grid 1 Accent 4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Mdia1-nfase5">
    <w:name w:val="Medium Grid 1 Accent 5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Mdia1-nfase6">
    <w:name w:val="Medium Grid 1 Accent 6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adeMdia2">
    <w:name w:val="Medium Grid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1">
    <w:name w:val="Medium Grid 2 Accent 1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2">
    <w:name w:val="Medium Grid 2 Accent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3">
    <w:name w:val="Medium Grid 2 Accent 3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4">
    <w:name w:val="Medium Grid 2 Accent 4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5">
    <w:name w:val="Medium Grid 2 Accent 5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6">
    <w:name w:val="Medium Grid 2 Accent 6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3">
    <w:name w:val="Medium Grid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adeMdia3-nfase1">
    <w:name w:val="Medium Grid 3 Accent 1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adeMdia3-nfase2">
    <w:name w:val="Medium Grid 3 Accent 2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adeMdia3-nfase3">
    <w:name w:val="Medium Grid 3 Accent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adeMdia3-nfase4">
    <w:name w:val="Medium Grid 3 Accent 4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adeMdia3-nfase5">
    <w:name w:val="Medium Grid 3 Accent 5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adeMdia3-nfase6">
    <w:name w:val="Medium Grid 3 Accent 6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Escura">
    <w:name w:val="Dark List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Escura-nfase1">
    <w:name w:val="Dark List Accent 1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Escura-nfase2">
    <w:name w:val="Dark List Accent 2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Escura-nfase3">
    <w:name w:val="Dark List Accent 3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Escura-nfase4">
    <w:name w:val="Dark List Accent 4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Escura-nfase5">
    <w:name w:val="Dark List Accent 5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Escura-nfase6">
    <w:name w:val="Dark List Accent 6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mentoColorido">
    <w:name w:val="Colorful Shading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Escuro-nfase1">
    <w:name w:val="Colorful Shading Accent 1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2">
    <w:name w:val="Colorful Shading Accent 2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3">
    <w:name w:val="Colorful Shading Accent 3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mentoColorido-nfase4">
    <w:name w:val="Colorful Shading Accent 4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5">
    <w:name w:val="Colorful Shading Accent 5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6">
    <w:name w:val="Colorful Shading Accent 6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Colorida">
    <w:name w:val="Colorful List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Colorida-nfase1">
    <w:name w:val="Colorful List Accent 1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Colorida-nfase2">
    <w:name w:val="Colorful List Accent 2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Colorida-nfase3">
    <w:name w:val="Colorful List Accent 3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Colorida-nfase4">
    <w:name w:val="Colorful List Accent 4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Colorida-nfase5">
    <w:name w:val="Colorful List Accent 5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Colorida-nfase6">
    <w:name w:val="Colorful List Accent 6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adeColorida">
    <w:name w:val="Colorful Grid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Colorida-nfase1">
    <w:name w:val="Colorful Grid Accent 1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Colorida-nfase2">
    <w:name w:val="Colorful Grid Accent 2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Colorida-nfase3">
    <w:name w:val="Colorful Grid Accent 3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Colorida-nfase4">
    <w:name w:val="Colorful Grid Accent 4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Colorida-nfase5">
    <w:name w:val="Colorful Grid Accent 5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Colorida-nfase6">
    <w:name w:val="Colorful Grid Accent 6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3" Type="http://schemas.microsoft.com/office/2007/relationships/hdphoto" Target="media/hdphoto1.wdp"/><Relationship Id="rId7" Type="http://schemas.openxmlformats.org/officeDocument/2006/relationships/image" Target="media/image8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.png"/><Relationship Id="rId9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9BB5F2A-F0CB-416E-A0C2-57E900DE9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237</Words>
  <Characters>1285</Characters>
  <Application>Microsoft Office Word</Application>
  <DocSecurity>0</DocSecurity>
  <Lines>10</Lines>
  <Paragraphs>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1519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Erivelton G. Rego</cp:lastModifiedBy>
  <cp:revision>2</cp:revision>
  <dcterms:created xsi:type="dcterms:W3CDTF">2026-06-24T21:19:00Z</dcterms:created>
  <dcterms:modified xsi:type="dcterms:W3CDTF">2026-06-24T21:19:00Z</dcterms:modified>
  <cp:category/>
</cp:coreProperties>
</file>